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עולים – לשון ואוצר מילים יומיומי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יחיד/רבים וזכר/נקבה במילים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בהווה ובעבר ולהשתמש במילות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וברורים על החיים היומיומיים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ודקדוק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'ים' מציינת רבים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הסיומת 'ת' מציינת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'מתי' קשורה לזמן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בלשון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הלכתי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מילות שאלה – מה שואלים?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או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יחיד: אני הולך הביתה. רבים: אנחנו הולכים הביתה.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עכשיו: אני כותב. אתמול: אני כתבתי.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 אתה? מאיפה הגעת?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תשובה עם לפחות דמיון אחד ושוני אחד, שפה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הודעה של 3 משפטים עם פרטים אישיים 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נכונות ברבים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להווה ולעבר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שאלה מתאימה לפירוש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כדי לתרגל דיבור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או חפצים אמיתיים כדי לעזור בהבנת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מאוד אפשר לתת רק את חלקי ה-mc וה-fill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עולים – לשון ואוצר מילים יומיומי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מילים חדשות. יחיד ורבים. זכר ונקבה. הווה ועבר. שאלות: מי, מה, איפה.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לגור בארץ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אחד, למשל: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דברים, למשל: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למשל: ילד, הולך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למשל: ילדה, הולכת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שקורה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שקרה אתמול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מי, מה, איפה, מתי, 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ודקדוק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הרבה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'באיזה מקום?'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קורה 'הולך'?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ההפוכה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'הולכת' מתארת 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'מתי' שואלת על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'אכלתי' הוא בלשון 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ספר –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 – בנקבה: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אתמול אני __________ (ללכת)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עכשיו אני __________ (לאכול) ארוחת 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השאלה __________ שואלת על 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המילה 'קטן'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מילות שאלה – מה שואלים?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או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עצמכם ביחיד, ואז כתבו אותו 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בהווה על מה שאתם עושים עכשיו, ואז כתבו אותו בעבר.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2 שאלות לחבר חדש, השתמשו בשתי מילות שאלה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בארץ שלכם דומה למה שיש כאן בישראל, ומה שונה? כתבו 2-3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הודעה קצרה לחבר או חברה חדשים: ספרו מאיפה הגעתם ומה 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ברבים ומילה אחת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הווה לעבר?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שאלה אחת ומה היא שואלת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עולים – לשון ואוצר מילים יומיומי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