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חפיסת עולים – לשון ואוצר מילים יומיומי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יחיד/רבים וזכר/נקבה במילים יומיומיות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פעלים בהווה ובעבר ולהשתמש במילות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קצרים וברורים על החיים היומיומיים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מילים ודקדוק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הסיומת 'ים' מציינת רבים בזכר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הסיומת 'ת' מציינת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'מתי' קשורה לזמן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בלשון 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הלכתי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מילות שאלה – מה שואלים?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(דבר או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יחיד: אני הולך הביתה. רבים: אנחנו הולכים הביתה.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עכשיו: אני כותב. אתמול: אני כתבתי.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 אתה? מאיפה הגעת?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ציון תשובה עם לפחות דמיון אחד ושוני אחד, שפה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הודעה של 3 משפטים עם פרטים אישיים 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נכונות ברבים ובנקבה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להווה ולעבר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שאלה מתאימה לפירוש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כדי לתרגל דיבור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או חפצים אמיתיים כדי לעזור בהבנת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מאוד אפשר לתת רק את חלקי ה-mc וה-fill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חפיסת עולים – לשון ואוצר מילים יומיומי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ומשפטים שעולים חדשים משתמשים בהם כל יום: יחיד ורבים, זכר ונקבה, הווה ועבר ומילות שאלה.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מילים ודקדוק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הבאות היא ברבים?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בנקבה?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מילת שאלה מתאימה לשאלה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הפועל 'הולך' הוא בלשון...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ההפך של המילה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'ילדים' היא ברבים.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'הולכת' מתארת בן.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'מתי' שואלת על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'אכלתי' הוא בלשון הווה.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ספר – ברבים: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 – בנקבה: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אתמול אני __________ (ללכת) לבית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עכשיו אני __________ (לאכול) ארוחת בוקר.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מילת השאלה __________ שואלת על אדם.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ההפך של המילה 'קטן'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מילות שאלה – מה שואלים?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או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עצמכם ביחיד, ואז כתבו אותו ברבים.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בהווה על מה שאתם עושים עכשיו, ואז כתבו אותו בעבר.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2 שאלות לחבר חדש, השתמשו בשתי מילות שאלה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בארץ שלכם דומה למה שיש כאן בישראל, ומה שונה? כתבו 2-3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הודעה קצרה לחבר או חברה חדשים: ספרו מאיפה הגעתם ומה אתם אוהבים.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ברבים ומילה אחת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הווה לעבר?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שאלה אחת ומה היא שואלת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חפיסת עולים – לשון ואוצר מילים יומיומי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